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Steve’s Recruitment Advice</w:t>
      </w:r>
    </w:p>
    <w:p>
      <w:pPr>
        <w:pStyle w:val="Title"/>
      </w:pPr>
      <w:r>
        <w:t>Career Master File</w:t>
      </w:r>
    </w:p>
    <w:p>
      <w:pPr>
        <w:pStyle w:val="Subtitle"/>
      </w:pPr>
      <w:r>
        <w:t>Your private library of experience</w:t>
      </w:r>
    </w:p>
    <w:p>
      <w:r>
        <w:t>Use one entry for each role or project. Start with rough notes, then add checked detail. Copy relevant evidence into a CV or interview pack later; keep this full working file for yourself. Duplicate these two pages for your next entry.</w:t>
      </w:r>
    </w:p>
    <w:p>
      <w:pPr>
        <w:pStyle w:val="Heading2"/>
      </w:pPr>
      <w:r>
        <w:t>Role or project and dates</w:t>
      </w:r>
    </w:p>
    <w:p>
      <w:r>
        <w:t>Give this entry a clear name and add the dates. Use general descriptions where names are confidential.</w:t>
      </w:r>
    </w:p>
    <w:p>
      <w:r>
        <w:rPr>
          <w:i/>
        </w:rPr>
        <w:t>[Type your notes here]</w:t>
      </w:r>
    </w:p>
    <w:p>
      <w:pPr>
        <w:pStyle w:val="Heading2"/>
      </w:pPr>
      <w:r>
        <w:t>Responsibilities and context</w:t>
      </w:r>
    </w:p>
    <w:p>
      <w:r>
        <w:t>What were you responsible for? Add relevant team size, scope, systems and skills.</w:t>
      </w:r>
    </w:p>
    <w:p>
      <w:r>
        <w:rPr>
          <w:i/>
        </w:rPr>
        <w:t>[Type your notes here]</w:t>
      </w:r>
    </w:p>
    <w:p>
      <w:pPr>
        <w:pStyle w:val="Heading2"/>
      </w:pPr>
      <w:r>
        <w:t>Achievement and problem</w:t>
      </w:r>
    </w:p>
    <w:p>
      <w:r>
        <w:t>What achievement matters to you? What was happening, and why did it need attention?</w:t>
      </w:r>
    </w:p>
    <w:p>
      <w:r>
        <w:rPr>
          <w:i/>
        </w:rPr>
        <w:t>[Type your notes here]</w:t>
      </w:r>
    </w:p>
    <w:p>
      <w:pPr>
        <w:pStyle w:val="Heading2"/>
      </w:pPr>
      <w:r>
        <w:t>Your actions and other contributors</w:t>
      </w:r>
    </w:p>
    <w:p>
      <w:r>
        <w:t>What did you personally do? Record the team’s contribution separately.</w:t>
      </w:r>
    </w:p>
    <w:p>
      <w:r>
        <w:rPr>
          <w:i/>
        </w:rPr>
        <w:t>[Type your notes here]</w:t>
      </w:r>
    </w:p>
    <w:p>
      <w:r>
        <w:br w:type="page"/>
      </w:r>
    </w:p>
    <w:p>
      <w:pPr>
        <w:pStyle w:val="Heading1"/>
      </w:pPr>
      <w:r>
        <w:t>Results and evidence</w:t>
      </w:r>
    </w:p>
    <w:p>
      <w:r>
        <w:t>Entry name: [Repeat your role or project name]</w:t>
      </w:r>
    </w:p>
    <w:p>
      <w:pPr>
        <w:pStyle w:val="Heading2"/>
      </w:pPr>
      <w:r>
        <w:t>What changed</w:t>
      </w:r>
    </w:p>
    <w:p>
      <w:r>
        <w:t>Describe the result. Include figures only where you can support them. Add the period and comparison where relevant; do not assume your action caused every change.</w:t>
      </w:r>
    </w:p>
    <w:p>
      <w:r>
        <w:rPr>
          <w:i/>
        </w:rPr>
        <w:t>[Type your notes here]</w:t>
      </w:r>
    </w:p>
    <w:p>
      <w:pPr>
        <w:pStyle w:val="Heading2"/>
      </w:pPr>
      <w:r>
        <w:t>How you know</w:t>
      </w:r>
    </w:p>
    <w:p>
      <w:r>
        <w:t>Record evidence you can check, such as your recollection, an appraisal or a project record. Note a source or location rather than copying confidential material.</w:t>
      </w:r>
    </w:p>
    <w:p>
      <w:r>
        <w:rPr>
          <w:i/>
        </w:rPr>
        <w:t>[Type your notes here]</w:t>
      </w:r>
    </w:p>
    <w:p>
      <w:pPr>
        <w:pStyle w:val="Heading2"/>
      </w:pPr>
      <w:r>
        <w:t>Details to check</w:t>
      </w:r>
    </w:p>
    <w:p>
      <w:r>
        <w:t>List uncertain dates, figures, claims or missing context. Keep these marked TO CHECK until you can confirm them.</w:t>
      </w:r>
    </w:p>
    <w:p>
      <w:r>
        <w:rPr>
          <w:i/>
        </w:rPr>
        <w:t>[Type your notes here]</w:t>
      </w:r>
    </w:p>
    <w:p>
      <w:pPr>
        <w:pStyle w:val="Heading2"/>
      </w:pPr>
      <w:r>
        <w:t>Your checked summary</w:t>
      </w:r>
    </w:p>
    <w:p>
      <w:r>
        <w:t>After reviewing any AI summary, write a short accurate account of your contribution. Leave unverified claims out of application copy.</w:t>
      </w:r>
    </w:p>
    <w:p>
      <w:r>
        <w:rPr>
          <w:i/>
        </w:rPr>
        <w:t>[Type your notes here]</w:t>
      </w:r>
    </w:p>
    <w:p>
      <w:pPr>
        <w:pStyle w:val="Heading2"/>
      </w:pPr>
      <w:r>
        <w:t>Before using this entry</w:t>
      </w:r>
    </w:p>
    <w:p>
      <w:r>
        <w:t>Check accuracy, your personal contribution and relevance to the vacancy. A clear qualitative result is useful when a reliable number is unavailable.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Master File template</dc:title>
  <dc:subject/>
  <dc:creator>Steve’s Recruitment Advice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